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7BB6" w14:textId="76EB1820" w:rsidR="00BF5D84" w:rsidRPr="001F7885" w:rsidRDefault="001F7885">
      <w:pPr>
        <w:jc w:val="center"/>
      </w:pPr>
      <w:r>
        <w:rPr>
          <w:rFonts w:eastAsiaTheme="minorEastAsia"/>
          <w:b/>
          <w:noProof/>
          <w:color w:val="303C7A"/>
          <w:sz w:val="34"/>
        </w:rPr>
        <w:drawing>
          <wp:anchor distT="0" distB="0" distL="114300" distR="114300" simplePos="0" relativeHeight="251660288" behindDoc="0" locked="0" layoutInCell="1" allowOverlap="1" wp14:anchorId="043BC95C" wp14:editId="5558CFB8">
            <wp:simplePos x="0" y="0"/>
            <wp:positionH relativeFrom="column">
              <wp:posOffset>5566410</wp:posOffset>
            </wp:positionH>
            <wp:positionV relativeFrom="paragraph">
              <wp:posOffset>-402590</wp:posOffset>
            </wp:positionV>
            <wp:extent cx="899795" cy="899795"/>
            <wp:effectExtent l="0" t="0" r="0" b="0"/>
            <wp:wrapNone/>
            <wp:docPr id="15311411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margin">
              <wp14:pctWidth>0</wp14:pctWidth>
            </wp14:sizeRelH>
            <wp14:sizeRelV relativeFrom="margin">
              <wp14:pctHeight>0</wp14:pctHeight>
            </wp14:sizeRelV>
          </wp:anchor>
        </w:drawing>
      </w:r>
      <w:r w:rsidRPr="003E30C9">
        <w:rPr>
          <w:rFonts w:eastAsiaTheme="minorEastAsia"/>
          <w:b/>
          <w:noProof/>
          <w:color w:val="303C7A"/>
          <w:sz w:val="34"/>
        </w:rPr>
        <w:drawing>
          <wp:anchor distT="0" distB="0" distL="114300" distR="114300" simplePos="0" relativeHeight="251657216" behindDoc="0" locked="0" layoutInCell="1" allowOverlap="1" wp14:anchorId="40BF24BE" wp14:editId="34097571">
            <wp:simplePos x="0" y="0"/>
            <wp:positionH relativeFrom="column">
              <wp:posOffset>-123825</wp:posOffset>
            </wp:positionH>
            <wp:positionV relativeFrom="paragraph">
              <wp:posOffset>-400685</wp:posOffset>
            </wp:positionV>
            <wp:extent cx="899795" cy="8997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6-SCS-Logo-rund v2(1).png"/>
                    <pic:cNvPicPr/>
                  </pic:nvPicPr>
                  <pic:blipFill>
                    <a:blip r:embed="rId9"/>
                    <a:stretch>
                      <a:fillRect/>
                    </a:stretch>
                  </pic:blipFill>
                  <pic:spPr>
                    <a:xfrm>
                      <a:off x="0" y="0"/>
                      <a:ext cx="899795" cy="899795"/>
                    </a:xfrm>
                    <a:prstGeom prst="rect">
                      <a:avLst/>
                    </a:prstGeom>
                  </pic:spPr>
                </pic:pic>
              </a:graphicData>
            </a:graphic>
            <wp14:sizeRelH relativeFrom="margin">
              <wp14:pctWidth>0</wp14:pctWidth>
            </wp14:sizeRelH>
            <wp14:sizeRelV relativeFrom="margin">
              <wp14:pctHeight>0</wp14:pctHeight>
            </wp14:sizeRelV>
          </wp:anchor>
        </w:drawing>
      </w:r>
      <w:r w:rsidR="005101AA" w:rsidRPr="001F7885">
        <w:rPr>
          <w:b/>
          <w:color w:val="253970"/>
          <w:sz w:val="24"/>
        </w:rPr>
        <w:t>Ski-Club 1955 Schifferstadt e. V.</w:t>
      </w:r>
      <w:r w:rsidRPr="001F7885">
        <w:rPr>
          <w:b/>
          <w:color w:val="253970"/>
          <w:sz w:val="24"/>
        </w:rPr>
        <w:t xml:space="preserve"> &amp; Skiclub Limburgerhof e.</w:t>
      </w:r>
      <w:r>
        <w:rPr>
          <w:b/>
          <w:color w:val="253970"/>
          <w:sz w:val="24"/>
        </w:rPr>
        <w:t>V.</w:t>
      </w:r>
      <w:r w:rsidRPr="001F7885">
        <w:rPr>
          <w:rFonts w:eastAsiaTheme="minorEastAsia"/>
          <w:b/>
          <w:noProof/>
          <w:color w:val="303C7A"/>
          <w:sz w:val="34"/>
        </w:rPr>
        <w:t xml:space="preserve"> </w:t>
      </w:r>
    </w:p>
    <w:p w14:paraId="244EDA59" w14:textId="77777777" w:rsidR="00BF5D84" w:rsidRPr="005101AA" w:rsidRDefault="00000000">
      <w:pPr>
        <w:pStyle w:val="Titel"/>
        <w:jc w:val="center"/>
        <w:rPr>
          <w:lang w:val="de-DE"/>
        </w:rPr>
      </w:pPr>
      <w:r w:rsidRPr="005101AA">
        <w:rPr>
          <w:lang w:val="de-DE"/>
        </w:rPr>
        <w:t>Teilnahmebedingungen Skibasar</w:t>
      </w:r>
    </w:p>
    <w:p w14:paraId="001B4B19" w14:textId="77777777" w:rsidR="00BF5D84" w:rsidRPr="005101AA" w:rsidRDefault="00000000">
      <w:pPr>
        <w:jc w:val="center"/>
        <w:rPr>
          <w:lang w:val="de-DE"/>
        </w:rPr>
      </w:pPr>
      <w:r w:rsidRPr="005101AA">
        <w:rPr>
          <w:i/>
          <w:sz w:val="18"/>
          <w:lang w:val="de-DE"/>
        </w:rPr>
        <w:t>Stand: Oktober 2026</w:t>
      </w:r>
    </w:p>
    <w:p w14:paraId="321CAB7D" w14:textId="77777777" w:rsidR="00BF5D84" w:rsidRPr="005101AA" w:rsidRDefault="00000000">
      <w:pPr>
        <w:rPr>
          <w:lang w:val="de-DE"/>
        </w:rPr>
      </w:pPr>
      <w:r w:rsidRPr="005101AA">
        <w:rPr>
          <w:b/>
          <w:lang w:val="de-DE"/>
        </w:rPr>
        <w:t xml:space="preserve">Einleitung: </w:t>
      </w:r>
      <w:r w:rsidRPr="005101AA">
        <w:rPr>
          <w:lang w:val="de-DE"/>
        </w:rPr>
        <w:t>Diese Teilnahmebedingungen regeln die Teilnahme am Skibasar des Ski-Club 1955 Schifferstadt e. V. Sie enthalten allgemeine Regelungen sowie ergänzende Bestimmungen für Verkäufer und Käufer. Bitte lesen Sie den für Sie relevanten Abschnitt vor der Teilnahme aufmerksam durch.</w:t>
      </w:r>
    </w:p>
    <w:p w14:paraId="10EBB71A" w14:textId="77777777" w:rsidR="00BF5D84" w:rsidRPr="005101AA" w:rsidRDefault="00000000">
      <w:pPr>
        <w:pStyle w:val="berschrift1"/>
        <w:rPr>
          <w:lang w:val="de-DE"/>
        </w:rPr>
      </w:pPr>
      <w:r w:rsidRPr="005101AA">
        <w:rPr>
          <w:lang w:val="de-DE"/>
        </w:rPr>
        <w:t>A. Allgemeine Teilnahmebedingungen</w:t>
      </w:r>
    </w:p>
    <w:p w14:paraId="3DDC1665" w14:textId="77777777" w:rsidR="00BF5D84" w:rsidRPr="005101AA" w:rsidRDefault="00000000">
      <w:pPr>
        <w:pStyle w:val="berschrift2"/>
        <w:rPr>
          <w:lang w:val="de-DE"/>
        </w:rPr>
      </w:pPr>
      <w:r w:rsidRPr="005101AA">
        <w:rPr>
          <w:lang w:val="de-DE"/>
        </w:rPr>
        <w:t>1. Rolle des Veranstalters</w:t>
      </w:r>
    </w:p>
    <w:p w14:paraId="3F53F224" w14:textId="77777777" w:rsidR="00BF5D84" w:rsidRPr="005101AA" w:rsidRDefault="00000000">
      <w:pPr>
        <w:rPr>
          <w:lang w:val="de-DE"/>
        </w:rPr>
      </w:pPr>
      <w:r w:rsidRPr="005101AA">
        <w:rPr>
          <w:lang w:val="de-DE"/>
        </w:rPr>
        <w:t>Der Ski-Club 1955 Schifferstadt e. V. tritt ausschließlich als Vermittler zwischen privaten Verkäufern und Käufern auf und wird nicht Vertragspartei des Kaufvertrags. Der Kaufvertrag kommt direkt zwischen dem privaten Verkäufer und dem Käufer zustande.</w:t>
      </w:r>
    </w:p>
    <w:p w14:paraId="127D1391" w14:textId="77777777" w:rsidR="00BF5D84" w:rsidRPr="005101AA" w:rsidRDefault="00000000">
      <w:pPr>
        <w:pStyle w:val="berschrift2"/>
        <w:rPr>
          <w:lang w:val="de-DE"/>
        </w:rPr>
      </w:pPr>
      <w:r w:rsidRPr="005101AA">
        <w:rPr>
          <w:lang w:val="de-DE"/>
        </w:rPr>
        <w:t>2. Zugelassene Artikel und Annahme</w:t>
      </w:r>
    </w:p>
    <w:p w14:paraId="636455E6" w14:textId="77777777" w:rsidR="00BF5D84" w:rsidRPr="005101AA" w:rsidRDefault="00000000">
      <w:pPr>
        <w:rPr>
          <w:lang w:val="de-DE"/>
        </w:rPr>
      </w:pPr>
      <w:r w:rsidRPr="005101AA">
        <w:rPr>
          <w:lang w:val="de-DE"/>
        </w:rPr>
        <w:t>Zum Verkauf zugelassen sind gebrauchte Wintersportartikel, Sportbekleidung und Zubehör, soweit sie für den vorgesehenen Verwendungszweck geeignet und in einem ordentlichen Zustand sind. Der Veranstalter behält sich vor, beschädigte, sicherheitsbedenkliche, unvollständige, verschmutzte oder ungeeignete Artikel abzulehnen. Artikel, deren Herkunft oder Eigentumsverhältnisse unklar sind oder deren Verkauf rechtlich unzulässig ist, können ebenfalls ausgeschlossen werden. Je nach Lager- und Sortierkapazität sowie Zustand der Artikel kann die Anzahl zugelassener Artikel pro Verkäufer begrenzt werden.</w:t>
      </w:r>
    </w:p>
    <w:p w14:paraId="1B40498D" w14:textId="77777777" w:rsidR="00BF5D84" w:rsidRPr="005101AA" w:rsidRDefault="00000000">
      <w:pPr>
        <w:pStyle w:val="berschrift2"/>
        <w:rPr>
          <w:lang w:val="de-DE"/>
        </w:rPr>
      </w:pPr>
      <w:r w:rsidRPr="005101AA">
        <w:rPr>
          <w:lang w:val="de-DE"/>
        </w:rPr>
        <w:t>3. Sicherheit der Sportgeräte</w:t>
      </w:r>
    </w:p>
    <w:p w14:paraId="0C525668" w14:textId="77777777" w:rsidR="00BF5D84" w:rsidRPr="005101AA" w:rsidRDefault="00000000">
      <w:pPr>
        <w:rPr>
          <w:lang w:val="de-DE"/>
        </w:rPr>
      </w:pPr>
      <w:r w:rsidRPr="005101AA">
        <w:rPr>
          <w:lang w:val="de-DE"/>
        </w:rPr>
        <w:t>Die Annahme und Präsentation eines Artikels durch den Veranstalter stellt keine technische Prüfung oder Sicherheitsfreigabe dar. Käufer sollten sicherheitsrelevante Sportgeräte vor der Nutzung auf ihren Zustand prüfen lassen. Insbesondere Skibindungen sollten von einem qualifizierten Fachbetrieb geprüft und auf den jeweiligen Nutzer eingestellt werden.</w:t>
      </w:r>
    </w:p>
    <w:p w14:paraId="4DC97F64" w14:textId="77777777" w:rsidR="00BF5D84" w:rsidRPr="005101AA" w:rsidRDefault="00000000">
      <w:pPr>
        <w:pStyle w:val="berschrift2"/>
        <w:rPr>
          <w:lang w:val="de-DE"/>
        </w:rPr>
      </w:pPr>
      <w:r w:rsidRPr="005101AA">
        <w:rPr>
          <w:lang w:val="de-DE"/>
        </w:rPr>
        <w:t>4. Hausrecht und Ausschluss von der Veranstaltung</w:t>
      </w:r>
    </w:p>
    <w:p w14:paraId="4628EE3A" w14:textId="77777777" w:rsidR="00BF5D84" w:rsidRPr="005101AA" w:rsidRDefault="00000000">
      <w:pPr>
        <w:rPr>
          <w:lang w:val="de-DE"/>
        </w:rPr>
      </w:pPr>
      <w:r w:rsidRPr="005101AA">
        <w:rPr>
          <w:lang w:val="de-DE"/>
        </w:rPr>
        <w:t>Der Veranstalter übt während der Veranstaltung das Hausrecht aus. Den Anweisungen des Veranstaltungspersonals ist Folge zu leisten. Bei Verstößen gegen die Teilnahmebedingungen, bei Gefährdung anderer Personen oder bei erheblichen Störungen des Veranstaltungsablaufs kann der Veranstalter Personen von der weiteren Teilnahme ausschließen, soweit dies rechtlich zulässig ist.</w:t>
      </w:r>
    </w:p>
    <w:p w14:paraId="2B480B2D" w14:textId="77777777" w:rsidR="00BF5D84" w:rsidRPr="005101AA" w:rsidRDefault="00000000">
      <w:pPr>
        <w:pStyle w:val="berschrift1"/>
        <w:rPr>
          <w:lang w:val="de-DE"/>
        </w:rPr>
      </w:pPr>
      <w:r w:rsidRPr="005101AA">
        <w:rPr>
          <w:lang w:val="de-DE"/>
        </w:rPr>
        <w:t>B. Teilnahmebedingungen für Verkäufer</w:t>
      </w:r>
    </w:p>
    <w:p w14:paraId="05E18A9A" w14:textId="77777777" w:rsidR="00BF5D84" w:rsidRPr="005101AA" w:rsidRDefault="00000000">
      <w:pPr>
        <w:pStyle w:val="berschrift2"/>
        <w:rPr>
          <w:lang w:val="de-DE"/>
        </w:rPr>
      </w:pPr>
      <w:r w:rsidRPr="005101AA">
        <w:rPr>
          <w:lang w:val="de-DE"/>
        </w:rPr>
        <w:t>1. Zustand und Angaben zu den Artikeln</w:t>
      </w:r>
    </w:p>
    <w:p w14:paraId="388EF3D6" w14:textId="14ECF5E0" w:rsidR="00BF5D84" w:rsidRPr="005101AA" w:rsidRDefault="00000000">
      <w:pPr>
        <w:rPr>
          <w:lang w:val="de-DE"/>
        </w:rPr>
      </w:pPr>
      <w:r w:rsidRPr="005101AA">
        <w:rPr>
          <w:lang w:val="de-DE"/>
        </w:rPr>
        <w:t xml:space="preserve">Verkäufer dürfen ausschließlich Artikel anbieten, die sich in einem ordentlichen, verkehrsfähigen Zustand befinden. Der Verkäufer ist für die Richtigkeit seiner Angaben zum Zustand und zur Beschaffenheit der angebotenen Artikel verantwortlich. Beschädigte oder sicherheitsbedenkliche Artikel sowie Produkte, die nicht mehr für den vorgesehenen Verwendungszweck geeignet sind, </w:t>
      </w:r>
      <w:r w:rsidR="001F7885">
        <w:rPr>
          <w:lang w:val="de-DE"/>
        </w:rPr>
        <w:t xml:space="preserve">werden </w:t>
      </w:r>
      <w:r w:rsidRPr="005101AA">
        <w:rPr>
          <w:lang w:val="de-DE"/>
        </w:rPr>
        <w:t>vom Veranstalter ausgeschlossen.</w:t>
      </w:r>
    </w:p>
    <w:p w14:paraId="5F2D33EE" w14:textId="77777777" w:rsidR="00BF5D84" w:rsidRPr="005101AA" w:rsidRDefault="00000000">
      <w:pPr>
        <w:pStyle w:val="berschrift2"/>
        <w:rPr>
          <w:lang w:val="de-DE"/>
        </w:rPr>
      </w:pPr>
      <w:r w:rsidRPr="005101AA">
        <w:rPr>
          <w:lang w:val="de-DE"/>
        </w:rPr>
        <w:t>2. Eigentum und Berechtigung zum Verkauf</w:t>
      </w:r>
    </w:p>
    <w:p w14:paraId="642E0D79" w14:textId="77777777" w:rsidR="00BF5D84" w:rsidRPr="005101AA" w:rsidRDefault="00000000">
      <w:pPr>
        <w:rPr>
          <w:lang w:val="de-DE"/>
        </w:rPr>
      </w:pPr>
      <w:r w:rsidRPr="005101AA">
        <w:rPr>
          <w:lang w:val="de-DE"/>
        </w:rPr>
        <w:t>Der Verkäufer versichert, dass er Eigentümer der angebotenen Artikel oder zu deren Verkauf berechtigt ist. Die Artikel dürfen nicht aus rechtswidrigen Quellen stammen und nicht mit Rechten Dritter belastet sein, die einem Verkauf entgegenstehen.</w:t>
      </w:r>
    </w:p>
    <w:p w14:paraId="55C7B6E5" w14:textId="77777777" w:rsidR="00BF5D84" w:rsidRPr="005101AA" w:rsidRDefault="00000000">
      <w:pPr>
        <w:pStyle w:val="berschrift2"/>
        <w:rPr>
          <w:lang w:val="de-DE"/>
        </w:rPr>
      </w:pPr>
      <w:r w:rsidRPr="005101AA">
        <w:rPr>
          <w:lang w:val="de-DE"/>
        </w:rPr>
        <w:lastRenderedPageBreak/>
        <w:t>3. Verlust, Diebstahl und Beschädigung</w:t>
      </w:r>
    </w:p>
    <w:p w14:paraId="69C04428" w14:textId="77777777" w:rsidR="00BF5D84" w:rsidRPr="005101AA" w:rsidRDefault="00000000">
      <w:pPr>
        <w:rPr>
          <w:lang w:val="de-DE"/>
        </w:rPr>
      </w:pPr>
      <w:r w:rsidRPr="005101AA">
        <w:rPr>
          <w:lang w:val="de-DE"/>
        </w:rPr>
        <w:t>Der Veranstalter übernimmt im gesetzlich zulässigen Umfang keine Haftung für Verlust, Diebstahl, Verschmutzung oder Beschädigung der abgegebenen Waren während der Veranstaltung, einschließlich Lagerung, Präsentation und Rückgabe. Die Ware wird vom Verkäufer zur Vermittlung bereitgestellt.</w:t>
      </w:r>
    </w:p>
    <w:p w14:paraId="1003B1FD" w14:textId="77777777" w:rsidR="00BF5D84" w:rsidRPr="005101AA" w:rsidRDefault="00000000">
      <w:pPr>
        <w:pStyle w:val="berschrift2"/>
        <w:rPr>
          <w:lang w:val="de-DE"/>
        </w:rPr>
      </w:pPr>
      <w:r w:rsidRPr="005101AA">
        <w:rPr>
          <w:lang w:val="de-DE"/>
        </w:rPr>
        <w:t>4. Einstellgebühr und Provision</w:t>
      </w:r>
    </w:p>
    <w:p w14:paraId="78CFE942" w14:textId="77777777" w:rsidR="00BF5D84" w:rsidRPr="005101AA" w:rsidRDefault="00000000">
      <w:pPr>
        <w:rPr>
          <w:lang w:val="de-DE"/>
        </w:rPr>
      </w:pPr>
      <w:r w:rsidRPr="005101AA">
        <w:rPr>
          <w:lang w:val="de-DE"/>
        </w:rPr>
        <w:t>Für die Deckung der Unkosten erhebt der Veranstalter eine Einstellgebühr von 1,00 Euro je Artikel. Diese ist bei Abgabe zu bezahlen und verbleibt auch bei Nichtverkauf beim Veranstalter. Zur Unterstützung der Vereinsarbeit behält der Veranstalter eine Provision von 10 % des erzielten Verkaufserlöses ein. Der verbleibende Betrag wird dem Verkäufer ausgezahlt. Die Abrechnung erfolgt anhand der beim Skibasar erfassten Verkäufe.</w:t>
      </w:r>
    </w:p>
    <w:p w14:paraId="5B348B93" w14:textId="77777777" w:rsidR="00BF5D84" w:rsidRPr="005101AA" w:rsidRDefault="00000000">
      <w:pPr>
        <w:pStyle w:val="berschrift2"/>
        <w:rPr>
          <w:lang w:val="de-DE"/>
        </w:rPr>
      </w:pPr>
      <w:r w:rsidRPr="005101AA">
        <w:rPr>
          <w:lang w:val="de-DE"/>
        </w:rPr>
        <w:t>5. Preisfestlegung und Preisänderungen</w:t>
      </w:r>
    </w:p>
    <w:p w14:paraId="09DB7753" w14:textId="77777777" w:rsidR="00BF5D84" w:rsidRPr="005101AA" w:rsidRDefault="00000000">
      <w:pPr>
        <w:rPr>
          <w:lang w:val="de-DE"/>
        </w:rPr>
      </w:pPr>
      <w:r w:rsidRPr="005101AA">
        <w:rPr>
          <w:lang w:val="de-DE"/>
        </w:rPr>
        <w:t>Der Verkäufer legt den Verkaufspreis für jeden Artikel fest. Preisänderungen während des Skibasars sind nur nach den vom Veranstalter festgelegten organisatorischen Vorgaben möglich. Der Veranstalter nimmt keine eigenständigen Preisnachlässe zulasten des Verkäufers vor, sofern dies nicht entsprechend vereinbart wurde.</w:t>
      </w:r>
    </w:p>
    <w:p w14:paraId="437D545D" w14:textId="77777777" w:rsidR="00BF5D84" w:rsidRPr="005101AA" w:rsidRDefault="00000000">
      <w:pPr>
        <w:pStyle w:val="berschrift2"/>
        <w:rPr>
          <w:lang w:val="de-DE"/>
        </w:rPr>
      </w:pPr>
      <w:r w:rsidRPr="005101AA">
        <w:rPr>
          <w:lang w:val="de-DE"/>
        </w:rPr>
        <w:t>6. Abrechnung und Auszahlung</w:t>
      </w:r>
    </w:p>
    <w:p w14:paraId="3A1A49E1" w14:textId="595B2FC1" w:rsidR="00BF5D84" w:rsidRPr="005101AA" w:rsidRDefault="00000000">
      <w:pPr>
        <w:rPr>
          <w:lang w:val="de-DE"/>
        </w:rPr>
      </w:pPr>
      <w:r w:rsidRPr="005101AA">
        <w:rPr>
          <w:lang w:val="de-DE"/>
        </w:rPr>
        <w:t>Die Auszahlung erfolgt am Veranstaltungstag im festgelegten Abholzeitraum. Der Verkäufer ist verpflichtet, seine Verkaufsabrechnung bei der Abholung zu prüfen und Unstimmigkeiten unmittelbar mitzuteilen.</w:t>
      </w:r>
    </w:p>
    <w:p w14:paraId="1D910B44" w14:textId="77777777" w:rsidR="00BF5D84" w:rsidRPr="005101AA" w:rsidRDefault="00000000">
      <w:pPr>
        <w:pStyle w:val="berschrift2"/>
        <w:rPr>
          <w:lang w:val="de-DE"/>
        </w:rPr>
      </w:pPr>
      <w:r w:rsidRPr="005101AA">
        <w:rPr>
          <w:lang w:val="de-DE"/>
        </w:rPr>
        <w:t>7. Abholung nicht verkaufter Artikel</w:t>
      </w:r>
    </w:p>
    <w:p w14:paraId="6069F0F7" w14:textId="77777777" w:rsidR="00BF5D84" w:rsidRPr="005101AA" w:rsidRDefault="00000000">
      <w:pPr>
        <w:rPr>
          <w:lang w:val="de-DE"/>
        </w:rPr>
      </w:pPr>
      <w:r w:rsidRPr="005101AA">
        <w:rPr>
          <w:lang w:val="de-DE"/>
        </w:rPr>
        <w:t>Nicht verkaufte Artikel sind am Veranstaltungstag innerhalb der bekannt gegebenen Abholfrist abzuholen. Nach Ablauf der Abholfrist werden nicht abgeholte Artikel separiert und für weitere sieben Kalendertage bereitgestellt. Der Verkäufer hat für einen weiteren Abholtermin schriftlich Kontakt mit dem Veranstalter aufzunehmen; der Veranstalter teilt einen Abholtermin mit. Etwaige anfallende Kosten können dem Verkäufer auferlegt werden. Das weitere Vorgehen mit danach nicht abgeholten Gegenständen wird unter Beachtung der gesetzlichen Vorgaben geregelt.</w:t>
      </w:r>
    </w:p>
    <w:p w14:paraId="5B4E1596" w14:textId="77777777" w:rsidR="00BF5D84" w:rsidRPr="005101AA" w:rsidRDefault="00000000">
      <w:pPr>
        <w:pStyle w:val="berschrift1"/>
        <w:rPr>
          <w:lang w:val="de-DE"/>
        </w:rPr>
      </w:pPr>
      <w:r w:rsidRPr="005101AA">
        <w:rPr>
          <w:lang w:val="de-DE"/>
        </w:rPr>
        <w:t>C. Teilnahmebedingungen für Käufer</w:t>
      </w:r>
    </w:p>
    <w:p w14:paraId="5D9EFDDF" w14:textId="77777777" w:rsidR="00BF5D84" w:rsidRPr="005101AA" w:rsidRDefault="00000000">
      <w:pPr>
        <w:pStyle w:val="berschrift2"/>
        <w:rPr>
          <w:lang w:val="de-DE"/>
        </w:rPr>
      </w:pPr>
      <w:r w:rsidRPr="005101AA">
        <w:rPr>
          <w:lang w:val="de-DE"/>
        </w:rPr>
        <w:t>1. Kaufvertrag zwischen Privatpersonen</w:t>
      </w:r>
    </w:p>
    <w:p w14:paraId="377E40CF" w14:textId="77777777" w:rsidR="00BF5D84" w:rsidRPr="005101AA" w:rsidRDefault="00000000">
      <w:pPr>
        <w:rPr>
          <w:lang w:val="de-DE"/>
        </w:rPr>
      </w:pPr>
      <w:r w:rsidRPr="005101AA">
        <w:rPr>
          <w:lang w:val="de-DE"/>
        </w:rPr>
        <w:t>Der Kaufvertrag kommt direkt zwischen dem privaten Verkäufer und dem Käufer zustande. Der Veranstalter vermittelt den Verkauf und wird nicht Vertragspartei des Kaufvertrags.</w:t>
      </w:r>
    </w:p>
    <w:p w14:paraId="01891527" w14:textId="77777777" w:rsidR="00BF5D84" w:rsidRPr="005101AA" w:rsidRDefault="00000000">
      <w:pPr>
        <w:pStyle w:val="berschrift2"/>
        <w:rPr>
          <w:lang w:val="de-DE"/>
        </w:rPr>
      </w:pPr>
      <w:r w:rsidRPr="005101AA">
        <w:rPr>
          <w:lang w:val="de-DE"/>
        </w:rPr>
        <w:t>2. Sachmängelhaftung</w:t>
      </w:r>
    </w:p>
    <w:p w14:paraId="02FD2561" w14:textId="77777777" w:rsidR="00BF5D84" w:rsidRPr="005101AA" w:rsidRDefault="00000000">
      <w:pPr>
        <w:rPr>
          <w:lang w:val="de-DE"/>
        </w:rPr>
      </w:pPr>
      <w:r w:rsidRPr="005101AA">
        <w:rPr>
          <w:lang w:val="de-DE"/>
        </w:rPr>
        <w:t>Bei den angebotenen Artikeln handelt es sich um private Verkäufe. Die Ware wird grundsätzlich unter Ausschluss der Sachmängelhaftung verkauft, soweit ein solcher Ausschluss gesetzlich zulässig ist. Der Ausschluss gilt insbesondere nicht bei arglistig verschwiegenen Mängeln oder bei einer ausdrücklich übernommenen Garantie.</w:t>
      </w:r>
    </w:p>
    <w:p w14:paraId="448FB429" w14:textId="77777777" w:rsidR="00BF5D84" w:rsidRPr="005101AA" w:rsidRDefault="00000000">
      <w:pPr>
        <w:pStyle w:val="berschrift2"/>
        <w:rPr>
          <w:lang w:val="de-DE"/>
        </w:rPr>
      </w:pPr>
      <w:r w:rsidRPr="005101AA">
        <w:rPr>
          <w:lang w:val="de-DE"/>
        </w:rPr>
        <w:t>3. Rücknahme und Umtausch</w:t>
      </w:r>
    </w:p>
    <w:p w14:paraId="57FF5787" w14:textId="77777777" w:rsidR="00BF5D84" w:rsidRPr="005101AA" w:rsidRDefault="00000000">
      <w:pPr>
        <w:rPr>
          <w:lang w:val="de-DE"/>
        </w:rPr>
      </w:pPr>
      <w:r w:rsidRPr="005101AA">
        <w:rPr>
          <w:lang w:val="de-DE"/>
        </w:rPr>
        <w:t>Eine Rückgabe oder ein Umtausch wegen Nichtgefallens ist grundsätzlich ausgeschlossen. Gesetzliche Ansprüche, die nicht wirksam ausgeschlossen werden können, bleiben unberührt.</w:t>
      </w:r>
    </w:p>
    <w:p w14:paraId="79CDC456" w14:textId="77777777" w:rsidR="00BF5D84" w:rsidRPr="005101AA" w:rsidRDefault="00000000">
      <w:pPr>
        <w:pStyle w:val="berschrift2"/>
        <w:rPr>
          <w:lang w:val="de-DE"/>
        </w:rPr>
      </w:pPr>
      <w:r w:rsidRPr="005101AA">
        <w:rPr>
          <w:lang w:val="de-DE"/>
        </w:rPr>
        <w:t>4. Zustand und Prüfung der Artikel</w:t>
      </w:r>
    </w:p>
    <w:p w14:paraId="65F1FF77" w14:textId="77777777" w:rsidR="00BF5D84" w:rsidRPr="005101AA" w:rsidRDefault="00000000">
      <w:pPr>
        <w:rPr>
          <w:lang w:val="de-DE"/>
        </w:rPr>
      </w:pPr>
      <w:r w:rsidRPr="005101AA">
        <w:rPr>
          <w:lang w:val="de-DE"/>
        </w:rPr>
        <w:t>Käufer sollten die angebotenen Artikel vor dem Kauf sorgfältig ansehen und bei Fragen zum Zustand direkt mit dem privaten Verkäufer klären. Die Annahme und Präsentation durch den Veranstalter ist keine technische Prüfung oder Sicherheitsfreigabe. Sicherheitsrelevante Sportgeräte sollten vor der Nutzung fachgerecht geprüft werden; insbesondere Skibindungen sollten von einem qualifizierten Fachbetrieb geprüft und auf den jeweiligen Nutzer eingestellt werden.</w:t>
      </w:r>
    </w:p>
    <w:p w14:paraId="0FE26B8C" w14:textId="77777777" w:rsidR="00BF5D84" w:rsidRPr="005101AA" w:rsidRDefault="00000000">
      <w:pPr>
        <w:pStyle w:val="berschrift2"/>
        <w:rPr>
          <w:lang w:val="de-DE"/>
        </w:rPr>
      </w:pPr>
      <w:r w:rsidRPr="005101AA">
        <w:rPr>
          <w:lang w:val="de-DE"/>
        </w:rPr>
        <w:t>5. Haftung des Veranstalters</w:t>
      </w:r>
    </w:p>
    <w:p w14:paraId="7C44A23D" w14:textId="77777777" w:rsidR="00BF5D84" w:rsidRDefault="00000000">
      <w:r w:rsidRPr="005101AA">
        <w:rPr>
          <w:lang w:val="de-DE"/>
        </w:rPr>
        <w:t xml:space="preserve">Der Veranstalter übernimmt im gesetzlich zulässigen Umfang keine Verantwortung für Beschaffenheit, Funktion, Sicherheit oder Vollständigkeit der vermittelten Artikel. </w:t>
      </w:r>
      <w:r>
        <w:t>Zwingende gesetzliche Haftung bleibt unberührt.</w:t>
      </w:r>
    </w:p>
    <w:sectPr w:rsidR="00BF5D84" w:rsidSect="00034616">
      <w:headerReference w:type="even" r:id="rId10"/>
      <w:headerReference w:type="default" r:id="rId11"/>
      <w:footerReference w:type="even" r:id="rId12"/>
      <w:footerReference w:type="default" r:id="rId13"/>
      <w:headerReference w:type="first" r:id="rId14"/>
      <w:footerReference w:type="first" r:id="rId15"/>
      <w:pgSz w:w="12240" w:h="15840"/>
      <w:pgMar w:top="964"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DBDE9" w14:textId="77777777" w:rsidR="00EF5044" w:rsidRDefault="00EF5044">
      <w:pPr>
        <w:spacing w:after="0" w:line="240" w:lineRule="auto"/>
      </w:pPr>
      <w:r>
        <w:separator/>
      </w:r>
    </w:p>
  </w:endnote>
  <w:endnote w:type="continuationSeparator" w:id="0">
    <w:p w14:paraId="2439493C" w14:textId="77777777" w:rsidR="00EF5044" w:rsidRDefault="00EF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9681E" w14:textId="77777777" w:rsidR="001F7885" w:rsidRDefault="001F788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BC0A5" w14:textId="2F0486EC" w:rsidR="00BF5D84" w:rsidRPr="005101AA" w:rsidRDefault="00000000">
    <w:pPr>
      <w:pStyle w:val="Fuzeile"/>
      <w:jc w:val="center"/>
      <w:rPr>
        <w:lang w:val="de-DE"/>
      </w:rPr>
    </w:pPr>
    <w:r w:rsidRPr="005101AA">
      <w:rPr>
        <w:color w:val="646464"/>
        <w:sz w:val="16"/>
        <w:lang w:val="de-DE"/>
      </w:rPr>
      <w:t xml:space="preserve">Ski-Club 1955 Schifferstadt e. V. </w:t>
    </w:r>
    <w:r w:rsidR="001F7885">
      <w:rPr>
        <w:color w:val="646464"/>
        <w:sz w:val="16"/>
        <w:lang w:val="de-DE"/>
      </w:rPr>
      <w:t xml:space="preserve">&amp; Skiclub Limburgerhof e.V. </w:t>
    </w:r>
    <w:r w:rsidRPr="005101AA">
      <w:rPr>
        <w:color w:val="646464"/>
        <w:sz w:val="16"/>
        <w:lang w:val="de-DE"/>
      </w:rPr>
      <w:t>· Teilnahmebedingungen Skibasar · Stand Oktober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F7DD" w14:textId="77777777" w:rsidR="001F7885" w:rsidRDefault="001F788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F3BFF" w14:textId="77777777" w:rsidR="00EF5044" w:rsidRDefault="00EF5044">
      <w:pPr>
        <w:spacing w:after="0" w:line="240" w:lineRule="auto"/>
      </w:pPr>
      <w:r>
        <w:separator/>
      </w:r>
    </w:p>
  </w:footnote>
  <w:footnote w:type="continuationSeparator" w:id="0">
    <w:p w14:paraId="7134DCB7" w14:textId="77777777" w:rsidR="00EF5044" w:rsidRDefault="00EF5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EA3C" w14:textId="77777777" w:rsidR="001F7885" w:rsidRDefault="001F788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4C84D" w14:textId="77777777" w:rsidR="001F7885" w:rsidRDefault="001F788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3861" w14:textId="77777777" w:rsidR="001F7885" w:rsidRDefault="001F788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443884422">
    <w:abstractNumId w:val="8"/>
  </w:num>
  <w:num w:numId="2" w16cid:durableId="1218542814">
    <w:abstractNumId w:val="6"/>
  </w:num>
  <w:num w:numId="3" w16cid:durableId="133718520">
    <w:abstractNumId w:val="5"/>
  </w:num>
  <w:num w:numId="4" w16cid:durableId="1569534695">
    <w:abstractNumId w:val="4"/>
  </w:num>
  <w:num w:numId="5" w16cid:durableId="604003848">
    <w:abstractNumId w:val="7"/>
  </w:num>
  <w:num w:numId="6" w16cid:durableId="1356930253">
    <w:abstractNumId w:val="3"/>
  </w:num>
  <w:num w:numId="7" w16cid:durableId="197469097">
    <w:abstractNumId w:val="2"/>
  </w:num>
  <w:num w:numId="8" w16cid:durableId="749817614">
    <w:abstractNumId w:val="1"/>
  </w:num>
  <w:num w:numId="9" w16cid:durableId="1848473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29EE"/>
    <w:rsid w:val="0015074B"/>
    <w:rsid w:val="001F7885"/>
    <w:rsid w:val="00210FE3"/>
    <w:rsid w:val="0029639D"/>
    <w:rsid w:val="00326F90"/>
    <w:rsid w:val="005101AA"/>
    <w:rsid w:val="00720281"/>
    <w:rsid w:val="00AA1D8D"/>
    <w:rsid w:val="00B47730"/>
    <w:rsid w:val="00BF5D84"/>
    <w:rsid w:val="00CB0664"/>
    <w:rsid w:val="00EF50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C4ABF1"/>
  <w14:defaultImageDpi w14:val="300"/>
  <w15:docId w15:val="{AF0D741A-49CE-4E9C-AA63-210BE1EAE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pPr>
    <w:rPr>
      <w:rFonts w:ascii="Arial" w:eastAsia="Arial" w:hAnsi="Arial"/>
      <w:sz w:val="19"/>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253970"/>
      <w:sz w:val="26"/>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253970"/>
      <w:sz w:val="21"/>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53970"/>
      <w:spacing w:val="5"/>
      <w:kern w:val="28"/>
      <w:sz w:val="38"/>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cf7ac0a-4681-4823-ab0b-04ef02c5f873}" enabled="1" method="Standard" siteId="{42f7676c-f455-423c-82f6-dc2d99791af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5656</Characters>
  <Application>Microsoft Office Word</Application>
  <DocSecurity>0</DocSecurity>
  <Lines>80</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Loesch, Christoph</cp:lastModifiedBy>
  <cp:revision>3</cp:revision>
  <dcterms:created xsi:type="dcterms:W3CDTF">2026-10-30T16:11:00Z</dcterms:created>
  <dcterms:modified xsi:type="dcterms:W3CDTF">2026-11-01T12:45:00Z</dcterms:modified>
  <cp:category/>
</cp:coreProperties>
</file>